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2E96B" w14:textId="08BD31C2" w:rsidR="00974AAB" w:rsidRPr="00A12C0E" w:rsidRDefault="00A12C0E" w:rsidP="00A12C0E">
      <w:pPr>
        <w:jc w:val="center"/>
        <w:rPr>
          <w:b/>
          <w:sz w:val="32"/>
          <w:lang w:eastAsia="ja-JP"/>
        </w:rPr>
      </w:pPr>
      <w:r>
        <w:rPr>
          <w:rFonts w:hint="eastAsia"/>
          <w:b/>
          <w:sz w:val="32"/>
          <w:lang w:eastAsia="ja-JP"/>
        </w:rPr>
        <w:t>第</w:t>
      </w:r>
      <w:r>
        <w:rPr>
          <w:rFonts w:hint="eastAsia"/>
          <w:b/>
          <w:sz w:val="32"/>
          <w:lang w:eastAsia="ja-JP"/>
        </w:rPr>
        <w:t>7</w:t>
      </w:r>
      <w:r>
        <w:rPr>
          <w:rFonts w:hint="eastAsia"/>
          <w:b/>
          <w:sz w:val="32"/>
          <w:lang w:eastAsia="ja-JP"/>
        </w:rPr>
        <w:t>回</w:t>
      </w:r>
      <w:r>
        <w:rPr>
          <w:b/>
          <w:sz w:val="32"/>
          <w:lang w:eastAsia="ja-JP"/>
        </w:rPr>
        <w:t>教育</w:t>
      </w:r>
      <w:r>
        <w:rPr>
          <w:rFonts w:hint="eastAsia"/>
          <w:b/>
          <w:sz w:val="32"/>
          <w:lang w:eastAsia="ja-JP"/>
        </w:rPr>
        <w:t>セミナー（</w:t>
      </w:r>
      <w:r>
        <w:rPr>
          <w:rFonts w:hint="eastAsia"/>
          <w:b/>
          <w:sz w:val="32"/>
          <w:lang w:eastAsia="ja-JP"/>
        </w:rPr>
        <w:t>2027</w:t>
      </w:r>
      <w:r>
        <w:rPr>
          <w:rFonts w:hint="eastAsia"/>
          <w:b/>
          <w:sz w:val="32"/>
          <w:lang w:eastAsia="ja-JP"/>
        </w:rPr>
        <w:t>年</w:t>
      </w:r>
      <w:r>
        <w:rPr>
          <w:rFonts w:hint="eastAsia"/>
          <w:b/>
          <w:sz w:val="32"/>
          <w:lang w:eastAsia="ja-JP"/>
        </w:rPr>
        <w:t>2</w:t>
      </w:r>
      <w:r>
        <w:rPr>
          <w:rFonts w:hint="eastAsia"/>
          <w:b/>
          <w:sz w:val="32"/>
          <w:lang w:eastAsia="ja-JP"/>
        </w:rPr>
        <w:t>月東京）</w:t>
      </w:r>
      <w:r>
        <w:rPr>
          <w:b/>
          <w:sz w:val="32"/>
          <w:lang w:eastAsia="ja-JP"/>
        </w:rPr>
        <w:t>演者応募用紙</w:t>
      </w:r>
    </w:p>
    <w:p w14:paraId="59E18A7B" w14:textId="295FB543" w:rsidR="00974AAB" w:rsidRDefault="00A12C0E">
      <w:pPr>
        <w:rPr>
          <w:lang w:eastAsia="ja-JP"/>
        </w:rPr>
      </w:pPr>
      <w:r>
        <w:rPr>
          <w:rFonts w:hint="eastAsia"/>
          <w:lang w:eastAsia="ja-JP"/>
        </w:rPr>
        <w:t>下記にご記入の上、学会事務局メール</w:t>
      </w:r>
      <w:r>
        <w:rPr>
          <w:rFonts w:hint="eastAsia"/>
          <w:lang w:eastAsia="ja-JP"/>
        </w:rPr>
        <w:t xml:space="preserve"> </w:t>
      </w:r>
      <w:r w:rsidR="00E63C16">
        <w:rPr>
          <w:rFonts w:hint="eastAsia"/>
          <w:lang w:eastAsia="ja-JP"/>
        </w:rPr>
        <w:t>jspa-ad</w:t>
      </w:r>
      <w:r>
        <w:rPr>
          <w:rFonts w:hint="eastAsia"/>
          <w:lang w:eastAsia="ja-JP"/>
        </w:rPr>
        <w:t>@</w:t>
      </w:r>
      <w:r w:rsidR="00E63C16">
        <w:rPr>
          <w:rFonts w:hint="eastAsia"/>
          <w:lang w:eastAsia="ja-JP"/>
        </w:rPr>
        <w:t>ped-anesth.com</w:t>
      </w:r>
      <w:r>
        <w:rPr>
          <w:rFonts w:hint="eastAsia"/>
          <w:lang w:eastAsia="ja-JP"/>
        </w:rPr>
        <w:t xml:space="preserve"> </w:t>
      </w:r>
      <w:r>
        <w:rPr>
          <w:rFonts w:hint="eastAsia"/>
          <w:lang w:eastAsia="ja-JP"/>
        </w:rPr>
        <w:t>あてに送信してください。</w:t>
      </w:r>
    </w:p>
    <w:p w14:paraId="3C8A7E01" w14:textId="205E4C2F" w:rsidR="00974AAB" w:rsidRDefault="00000000">
      <w:r>
        <w:t xml:space="preserve">■ </w:t>
      </w:r>
      <w:r w:rsidR="00A12C0E">
        <w:rPr>
          <w:rFonts w:hint="eastAsia"/>
          <w:lang w:eastAsia="ja-JP"/>
        </w:rPr>
        <w:t>送信者</w:t>
      </w:r>
      <w:r>
        <w:t>情報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6457"/>
      </w:tblGrid>
      <w:tr w:rsidR="00974AAB" w14:paraId="160D74F1" w14:textId="77777777" w:rsidTr="00A12C0E">
        <w:trPr>
          <w:jc w:val="center"/>
        </w:trPr>
        <w:tc>
          <w:tcPr>
            <w:tcW w:w="1843" w:type="dxa"/>
          </w:tcPr>
          <w:p w14:paraId="2810C6BB" w14:textId="26073232" w:rsidR="00974AAB" w:rsidRDefault="00000000">
            <w:r>
              <w:t>氏名</w:t>
            </w:r>
            <w:r w:rsidR="00EE1CAE">
              <w:rPr>
                <w:rFonts w:hint="eastAsia"/>
                <w:lang w:eastAsia="ja-JP"/>
              </w:rPr>
              <w:t>・所属</w:t>
            </w:r>
          </w:p>
        </w:tc>
        <w:tc>
          <w:tcPr>
            <w:tcW w:w="6457" w:type="dxa"/>
          </w:tcPr>
          <w:p w14:paraId="26A4A9A9" w14:textId="33A39FAE" w:rsidR="00974AAB" w:rsidRDefault="00EE1CAE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</w:t>
            </w:r>
          </w:p>
        </w:tc>
      </w:tr>
      <w:tr w:rsidR="00974AAB" w14:paraId="2C95777E" w14:textId="77777777" w:rsidTr="00A12C0E">
        <w:trPr>
          <w:jc w:val="center"/>
        </w:trPr>
        <w:tc>
          <w:tcPr>
            <w:tcW w:w="1843" w:type="dxa"/>
          </w:tcPr>
          <w:p w14:paraId="1D4BEC0A" w14:textId="73E502A6" w:rsidR="00974AAB" w:rsidRDefault="00EE1CAE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メールアドレス</w:t>
            </w:r>
          </w:p>
        </w:tc>
        <w:tc>
          <w:tcPr>
            <w:tcW w:w="6457" w:type="dxa"/>
          </w:tcPr>
          <w:p w14:paraId="04AAEEBD" w14:textId="77777777" w:rsidR="00974AAB" w:rsidRDefault="00000000">
            <w:r>
              <w:t xml:space="preserve">　</w:t>
            </w:r>
          </w:p>
        </w:tc>
      </w:tr>
      <w:tr w:rsidR="00974AAB" w14:paraId="267193CA" w14:textId="77777777" w:rsidTr="00A12C0E">
        <w:trPr>
          <w:jc w:val="center"/>
        </w:trPr>
        <w:tc>
          <w:tcPr>
            <w:tcW w:w="1843" w:type="dxa"/>
          </w:tcPr>
          <w:p w14:paraId="7D15E467" w14:textId="77777777" w:rsidR="00974AAB" w:rsidRDefault="00000000">
            <w:r>
              <w:t>会員番号</w:t>
            </w:r>
          </w:p>
        </w:tc>
        <w:tc>
          <w:tcPr>
            <w:tcW w:w="6457" w:type="dxa"/>
          </w:tcPr>
          <w:p w14:paraId="4BE83622" w14:textId="77777777" w:rsidR="00974AAB" w:rsidRDefault="00000000">
            <w:r>
              <w:t xml:space="preserve">　</w:t>
            </w:r>
          </w:p>
        </w:tc>
      </w:tr>
    </w:tbl>
    <w:p w14:paraId="6E3F7343" w14:textId="77777777" w:rsidR="00974AAB" w:rsidRDefault="00974AAB"/>
    <w:p w14:paraId="1335CB1A" w14:textId="77777777" w:rsidR="00974AAB" w:rsidRDefault="00000000">
      <w:r>
        <w:t xml:space="preserve">■ </w:t>
      </w:r>
      <w:r>
        <w:t>自薦演題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6457"/>
      </w:tblGrid>
      <w:tr w:rsidR="00A12C0E" w14:paraId="6C043981" w14:textId="77777777" w:rsidTr="00A12C0E">
        <w:trPr>
          <w:jc w:val="center"/>
        </w:trPr>
        <w:tc>
          <w:tcPr>
            <w:tcW w:w="1843" w:type="dxa"/>
          </w:tcPr>
          <w:p w14:paraId="1CA212CA" w14:textId="69ABA3D0" w:rsidR="00A12C0E" w:rsidRDefault="00A12C0E">
            <w:r>
              <w:rPr>
                <w:rFonts w:hint="eastAsia"/>
                <w:lang w:eastAsia="ja-JP"/>
              </w:rPr>
              <w:t>演者名</w:t>
            </w:r>
          </w:p>
        </w:tc>
        <w:tc>
          <w:tcPr>
            <w:tcW w:w="6457" w:type="dxa"/>
          </w:tcPr>
          <w:p w14:paraId="10B788B5" w14:textId="77777777" w:rsidR="00A12C0E" w:rsidRDefault="00A12C0E"/>
        </w:tc>
      </w:tr>
      <w:tr w:rsidR="00974AAB" w14:paraId="4E2363C4" w14:textId="77777777" w:rsidTr="00A12C0E">
        <w:trPr>
          <w:jc w:val="center"/>
        </w:trPr>
        <w:tc>
          <w:tcPr>
            <w:tcW w:w="1843" w:type="dxa"/>
          </w:tcPr>
          <w:p w14:paraId="11BD5E5E" w14:textId="77777777" w:rsidR="00974AAB" w:rsidRDefault="00000000">
            <w:r>
              <w:t>略歴</w:t>
            </w:r>
          </w:p>
        </w:tc>
        <w:tc>
          <w:tcPr>
            <w:tcW w:w="6457" w:type="dxa"/>
          </w:tcPr>
          <w:p w14:paraId="28D9FF49" w14:textId="78B851FA" w:rsidR="00974AAB" w:rsidRDefault="00000000">
            <w:r>
              <w:br/>
            </w:r>
          </w:p>
        </w:tc>
      </w:tr>
      <w:tr w:rsidR="00974AAB" w14:paraId="56FA2471" w14:textId="77777777" w:rsidTr="00A12C0E">
        <w:trPr>
          <w:jc w:val="center"/>
        </w:trPr>
        <w:tc>
          <w:tcPr>
            <w:tcW w:w="1843" w:type="dxa"/>
          </w:tcPr>
          <w:p w14:paraId="3EB744A6" w14:textId="77777777" w:rsidR="00974AAB" w:rsidRDefault="00000000">
            <w:r>
              <w:t>希望講演内容</w:t>
            </w:r>
          </w:p>
        </w:tc>
        <w:tc>
          <w:tcPr>
            <w:tcW w:w="6457" w:type="dxa"/>
          </w:tcPr>
          <w:p w14:paraId="17D1641B" w14:textId="77777777" w:rsidR="00974AAB" w:rsidRDefault="00000000">
            <w:r>
              <w:br/>
            </w:r>
            <w:r>
              <w:br/>
            </w:r>
          </w:p>
        </w:tc>
      </w:tr>
      <w:tr w:rsidR="00974AAB" w14:paraId="2C8F6276" w14:textId="77777777" w:rsidTr="00A12C0E">
        <w:trPr>
          <w:jc w:val="center"/>
        </w:trPr>
        <w:tc>
          <w:tcPr>
            <w:tcW w:w="1843" w:type="dxa"/>
          </w:tcPr>
          <w:p w14:paraId="5554EB93" w14:textId="77777777" w:rsidR="00974AAB" w:rsidRDefault="00000000">
            <w:r>
              <w:t>自薦する理由</w:t>
            </w:r>
          </w:p>
        </w:tc>
        <w:tc>
          <w:tcPr>
            <w:tcW w:w="6457" w:type="dxa"/>
          </w:tcPr>
          <w:p w14:paraId="35DE4F27" w14:textId="77777777" w:rsidR="00974AAB" w:rsidRDefault="00000000">
            <w:r>
              <w:br/>
            </w:r>
            <w:r>
              <w:br/>
            </w:r>
          </w:p>
        </w:tc>
      </w:tr>
    </w:tbl>
    <w:p w14:paraId="13C113CC" w14:textId="77777777" w:rsidR="00974AAB" w:rsidRDefault="00974AAB"/>
    <w:p w14:paraId="71214529" w14:textId="77777777" w:rsidR="00974AAB" w:rsidRDefault="00000000">
      <w:r>
        <w:t xml:space="preserve">■ </w:t>
      </w:r>
      <w:r>
        <w:t>演者の推薦（他薦）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77"/>
        <w:gridCol w:w="6423"/>
      </w:tblGrid>
      <w:tr w:rsidR="00974AAB" w14:paraId="7816CCC7" w14:textId="77777777" w:rsidTr="00A12C0E">
        <w:trPr>
          <w:jc w:val="center"/>
        </w:trPr>
        <w:tc>
          <w:tcPr>
            <w:tcW w:w="1877" w:type="dxa"/>
          </w:tcPr>
          <w:p w14:paraId="24671DBF" w14:textId="4A7E5A97" w:rsidR="00EE1CAE" w:rsidRDefault="00000000" w:rsidP="00562006">
            <w:pPr>
              <w:rPr>
                <w:lang w:eastAsia="ja-JP"/>
              </w:rPr>
            </w:pPr>
            <w:r>
              <w:rPr>
                <w:lang w:eastAsia="ja-JP"/>
              </w:rPr>
              <w:t>推薦する演者</w:t>
            </w:r>
            <w:r w:rsidR="00562006">
              <w:rPr>
                <w:rFonts w:hint="eastAsia"/>
                <w:lang w:eastAsia="ja-JP"/>
              </w:rPr>
              <w:t>の氏名・</w:t>
            </w:r>
            <w:r w:rsidR="00EE1CAE">
              <w:rPr>
                <w:rFonts w:hint="eastAsia"/>
                <w:lang w:eastAsia="ja-JP"/>
              </w:rPr>
              <w:t>所属</w:t>
            </w:r>
          </w:p>
        </w:tc>
        <w:tc>
          <w:tcPr>
            <w:tcW w:w="6423" w:type="dxa"/>
          </w:tcPr>
          <w:p w14:paraId="22ECF8F0" w14:textId="30BF1D2B" w:rsidR="00974AAB" w:rsidRDefault="00000000">
            <w:pPr>
              <w:rPr>
                <w:lang w:eastAsia="ja-JP"/>
              </w:rPr>
            </w:pPr>
            <w:r>
              <w:rPr>
                <w:lang w:eastAsia="ja-JP"/>
              </w:rPr>
              <w:br/>
            </w:r>
          </w:p>
        </w:tc>
      </w:tr>
      <w:tr w:rsidR="00974AAB" w14:paraId="1E13042B" w14:textId="77777777" w:rsidTr="00A12C0E">
        <w:trPr>
          <w:jc w:val="center"/>
        </w:trPr>
        <w:tc>
          <w:tcPr>
            <w:tcW w:w="1877" w:type="dxa"/>
          </w:tcPr>
          <w:p w14:paraId="1DBAD3F9" w14:textId="578FFBAE" w:rsidR="00974AAB" w:rsidRDefault="00EE1CAE">
            <w:pPr>
              <w:rPr>
                <w:lang w:eastAsia="ja-JP"/>
              </w:rPr>
            </w:pPr>
            <w:r>
              <w:t>希望講演内容</w:t>
            </w:r>
          </w:p>
        </w:tc>
        <w:tc>
          <w:tcPr>
            <w:tcW w:w="6423" w:type="dxa"/>
          </w:tcPr>
          <w:p w14:paraId="2362BDAB" w14:textId="4D1EC6D8" w:rsidR="00974AAB" w:rsidRDefault="00000000">
            <w:r>
              <w:br/>
            </w:r>
          </w:p>
        </w:tc>
      </w:tr>
      <w:tr w:rsidR="00974AAB" w14:paraId="6D1A5711" w14:textId="77777777" w:rsidTr="00A12C0E">
        <w:trPr>
          <w:jc w:val="center"/>
        </w:trPr>
        <w:tc>
          <w:tcPr>
            <w:tcW w:w="1877" w:type="dxa"/>
          </w:tcPr>
          <w:p w14:paraId="5A939E31" w14:textId="4773434D" w:rsidR="00974AAB" w:rsidRDefault="00EE1CAE">
            <w:r>
              <w:t>推薦する理由</w:t>
            </w:r>
          </w:p>
        </w:tc>
        <w:tc>
          <w:tcPr>
            <w:tcW w:w="6423" w:type="dxa"/>
          </w:tcPr>
          <w:p w14:paraId="6C289CF5" w14:textId="77777777" w:rsidR="00974AAB" w:rsidRDefault="00000000">
            <w:r>
              <w:br/>
            </w:r>
            <w:r>
              <w:br/>
            </w:r>
          </w:p>
        </w:tc>
      </w:tr>
      <w:tr w:rsidR="00974AAB" w14:paraId="2DE01C8D" w14:textId="77777777" w:rsidTr="00A12C0E">
        <w:trPr>
          <w:jc w:val="center"/>
        </w:trPr>
        <w:tc>
          <w:tcPr>
            <w:tcW w:w="1877" w:type="dxa"/>
          </w:tcPr>
          <w:p w14:paraId="268B0EF4" w14:textId="30AFAFAF" w:rsidR="00974AAB" w:rsidRDefault="00EE1CAE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演者本人の了解を得ているか</w:t>
            </w:r>
          </w:p>
        </w:tc>
        <w:tc>
          <w:tcPr>
            <w:tcW w:w="6423" w:type="dxa"/>
            <w:tcBorders>
              <w:bottom w:val="dotted" w:sz="4" w:space="0" w:color="auto"/>
            </w:tcBorders>
          </w:tcPr>
          <w:p w14:paraId="3FC97025" w14:textId="3A3D2EB6" w:rsidR="00974AAB" w:rsidRDefault="00EE1CAE">
            <w:pPr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□了解を得ている　□了解を得ていない</w:t>
            </w:r>
          </w:p>
        </w:tc>
      </w:tr>
    </w:tbl>
    <w:p w14:paraId="09B4104A" w14:textId="77777777" w:rsidR="006D63EE" w:rsidRPr="00EE1CAE" w:rsidRDefault="006D63EE">
      <w:pPr>
        <w:rPr>
          <w:lang w:eastAsia="ja-JP"/>
        </w:rPr>
      </w:pPr>
    </w:p>
    <w:p w14:paraId="29F147C0" w14:textId="650C312B" w:rsidR="00A12C0E" w:rsidRDefault="00A12C0E" w:rsidP="00A12C0E">
      <w:pPr>
        <w:jc w:val="right"/>
        <w:rPr>
          <w:lang w:eastAsia="ja-JP"/>
        </w:rPr>
      </w:pPr>
      <w:r>
        <w:rPr>
          <w:rFonts w:hint="eastAsia"/>
          <w:lang w:eastAsia="ja-JP"/>
        </w:rPr>
        <w:t>2026</w:t>
      </w:r>
      <w:r>
        <w:rPr>
          <w:rFonts w:hint="eastAsia"/>
          <w:lang w:eastAsia="ja-JP"/>
        </w:rPr>
        <w:t>年</w:t>
      </w:r>
      <w:r>
        <w:rPr>
          <w:rFonts w:hint="eastAsia"/>
          <w:lang w:eastAsia="ja-JP"/>
        </w:rPr>
        <w:t>4</w:t>
      </w:r>
      <w:r>
        <w:rPr>
          <w:rFonts w:hint="eastAsia"/>
          <w:lang w:eastAsia="ja-JP"/>
        </w:rPr>
        <w:t>月　日本小児麻酔学会　教育委員会</w:t>
      </w:r>
    </w:p>
    <w:sectPr w:rsidR="00A12C0E" w:rsidSect="00034616">
      <w:pgSz w:w="11900" w:h="16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23223078">
    <w:abstractNumId w:val="8"/>
  </w:num>
  <w:num w:numId="2" w16cid:durableId="120656364">
    <w:abstractNumId w:val="6"/>
  </w:num>
  <w:num w:numId="3" w16cid:durableId="1724596304">
    <w:abstractNumId w:val="5"/>
  </w:num>
  <w:num w:numId="4" w16cid:durableId="1056973733">
    <w:abstractNumId w:val="4"/>
  </w:num>
  <w:num w:numId="5" w16cid:durableId="1810433598">
    <w:abstractNumId w:val="7"/>
  </w:num>
  <w:num w:numId="6" w16cid:durableId="2006739978">
    <w:abstractNumId w:val="3"/>
  </w:num>
  <w:num w:numId="7" w16cid:durableId="68231919">
    <w:abstractNumId w:val="2"/>
  </w:num>
  <w:num w:numId="8" w16cid:durableId="170725471">
    <w:abstractNumId w:val="1"/>
  </w:num>
  <w:num w:numId="9" w16cid:durableId="81857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669CE"/>
    <w:rsid w:val="00562006"/>
    <w:rsid w:val="005F570A"/>
    <w:rsid w:val="006D63EE"/>
    <w:rsid w:val="00974AAB"/>
    <w:rsid w:val="00A12C0E"/>
    <w:rsid w:val="00AA1D8D"/>
    <w:rsid w:val="00B47730"/>
    <w:rsid w:val="00CB0664"/>
    <w:rsid w:val="00E63C16"/>
    <w:rsid w:val="00EE1CA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1FE297"/>
  <w14:defaultImageDpi w14:val="300"/>
  <w15:docId w15:val="{54493003-7327-434D-8478-5CBCF8089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</Words>
  <Characters>142</Characters>
  <Application>Microsoft Office Word</Application>
  <DocSecurity>0</DocSecurity>
  <Lines>35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Nanae Imazawa</cp:lastModifiedBy>
  <cp:revision>4</cp:revision>
  <dcterms:created xsi:type="dcterms:W3CDTF">2026-04-01T02:41:00Z</dcterms:created>
  <dcterms:modified xsi:type="dcterms:W3CDTF">2026-04-01T07:00:00Z</dcterms:modified>
  <cp:category/>
</cp:coreProperties>
</file>